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</w:rPr>
        <w:t>SKAITMENINĖ ERDVĖ   ·   FREE WORKSHEET</w:t>
      </w:r>
    </w:p>
    <w:p>
      <w:pPr>
        <w:pStyle w:val="Heading1"/>
      </w:pPr>
      <w:r>
        <w:t>Prepare for Your Website</w:t>
      </w:r>
    </w:p>
    <w:p>
      <w:pPr>
        <w:spacing w:after="100"/>
      </w:pPr>
      <w:r>
        <w:rPr>
          <w:b w:val="0"/>
        </w:rPr>
        <w:t>Fill in the fields below and check what applies. You do not need every answer now. We can discuss the rest during your consultation.</w:t>
      </w:r>
    </w:p>
    <w:p>
      <w:pPr>
        <w:pStyle w:val="Heading2"/>
      </w:pPr>
      <w:r>
        <w:t>01  About you and your business</w:t>
      </w:r>
    </w:p>
    <w:p>
      <w:pPr>
        <w:spacing w:after="160"/>
      </w:pPr>
      <w:r>
        <w:rPr>
          <w:b/>
        </w:rPr>
        <w:t xml:space="preserve">Business or website name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What do you do? (1–2 sentences)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Who are your customers or visitors?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What makes your offer different?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City or service area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Contact details to display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Links to social media profiles  </w:t>
      </w:r>
      <w:r>
        <w:t>________________________________________________________________________</w:t>
      </w:r>
    </w:p>
    <w:p>
      <w:pPr>
        <w:pStyle w:val="Heading2"/>
      </w:pPr>
      <w:r>
        <w:t>02  Your website goal</w:t>
      </w:r>
    </w:p>
    <w:p>
      <w:pPr>
        <w:spacing w:after="180"/>
      </w:pPr>
      <w:r>
        <w:t>☐ Receive enquiries or bookings    ☐ Show previous work</w:t>
      </w:r>
    </w:p>
    <w:p>
      <w:pPr>
        <w:spacing w:after="180"/>
      </w:pPr>
      <w:r>
        <w:t>☐ Introduce the business    ☐ Inform event guests</w:t>
      </w:r>
    </w:p>
    <w:p>
      <w:pPr>
        <w:spacing w:after="180"/>
      </w:pPr>
      <w:r>
        <w:t>☐ Accept registrations    ☐ Other</w:t>
      </w:r>
    </w:p>
    <w:p>
      <w:pPr>
        <w:spacing w:after="160"/>
      </w:pPr>
      <w:r>
        <w:rPr>
          <w:b/>
        </w:rPr>
        <w:t xml:space="preserve">What should the visitor do?  </w:t>
      </w:r>
      <w:r>
        <w:t>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03  Website type</w:t>
      </w:r>
    </w:p>
    <w:p>
      <w:pPr>
        <w:spacing w:after="180"/>
      </w:pPr>
      <w:r>
        <w:t>☐ Portfolio    ☐ Business / services    ☐ Event / celebration    ☐ Not sure yet</w:t>
      </w:r>
    </w:p>
    <w:p>
      <w:pPr>
        <w:pStyle w:val="Heading2"/>
      </w:pPr>
      <w:r>
        <w:t>04  Website sections</w:t>
      </w:r>
    </w:p>
    <w:p>
      <w:pPr>
        <w:spacing w:after="180"/>
      </w:pPr>
      <w:r>
        <w:t>☐ Home    ☐ About    ☐ Services    ☐ Portfolio / gallery</w:t>
      </w:r>
    </w:p>
    <w:p>
      <w:pPr>
        <w:spacing w:after="180"/>
      </w:pPr>
      <w:r>
        <w:t>☐ Pricing    ☐ Reviews    ☐ FAQ    ☐ Contact</w:t>
      </w:r>
    </w:p>
    <w:p>
      <w:pPr>
        <w:spacing w:after="180"/>
      </w:pPr>
      <w:r>
        <w:t>☐ Blog    ☐ Event schedule</w:t>
      </w:r>
    </w:p>
    <w:p>
      <w:pPr>
        <w:spacing w:after="160"/>
      </w:pPr>
      <w:r>
        <w:rPr>
          <w:b/>
        </w:rPr>
        <w:t xml:space="preserve">Other sections  </w:t>
      </w:r>
      <w:r>
        <w:t>________________________________________________________________________</w:t>
      </w:r>
    </w:p>
    <w:p>
      <w:pPr>
        <w:pStyle w:val="Heading2"/>
      </w:pPr>
      <w:r>
        <w:t>05  Logo and branding</w:t>
      </w:r>
    </w:p>
    <w:p>
      <w:pPr>
        <w:spacing w:after="180"/>
      </w:pPr>
      <w:r>
        <w:t>☐ I have a logo    ☐ I do not have a logo    ☐ Logo needs updating</w:t>
      </w:r>
    </w:p>
    <w:p>
      <w:pPr>
        <w:spacing w:after="180"/>
      </w:pPr>
      <w:r>
        <w:t>☐ I have brand colours / fonts    ☐ SVG / AI / PDF    ☐ Transparent PNG</w:t>
      </w:r>
    </w:p>
    <w:p>
      <w:pPr>
        <w:spacing w:after="160"/>
      </w:pPr>
      <w:r>
        <w:rPr>
          <w:b/>
        </w:rPr>
        <w:t xml:space="preserve">Brand colours and typefaces (if known)  </w:t>
      </w:r>
      <w:r>
        <w:t>________________________________________________________________________</w:t>
      </w:r>
    </w:p>
    <w:p>
      <w:pPr>
        <w:pStyle w:val="Heading2"/>
      </w:pPr>
      <w:r>
        <w:t>06  Content</w:t>
      </w:r>
    </w:p>
    <w:p>
      <w:pPr>
        <w:spacing w:after="180"/>
      </w:pPr>
      <w:r>
        <w:t>☐ Text    ☐ Photos    ☐ Portfolio examples    ☐ Testimonials</w:t>
      </w:r>
    </w:p>
    <w:p>
      <w:pPr>
        <w:spacing w:after="180"/>
      </w:pPr>
      <w:r>
        <w:t>☐ Videos    ☐ No content yet</w:t>
      </w:r>
    </w:p>
    <w:p>
      <w:pPr>
        <w:spacing w:after="160"/>
      </w:pPr>
      <w:r>
        <w:rPr>
          <w:b/>
        </w:rPr>
        <w:t xml:space="preserve">What content still needs preparing?  </w:t>
      </w:r>
      <w:r>
        <w:t>________________________________________________________________________</w:t>
      </w:r>
    </w:p>
    <w:p>
      <w:pPr>
        <w:spacing w:after="100"/>
      </w:pPr>
      <w:r>
        <w:rPr>
          <w:b w:val="0"/>
        </w:rPr>
        <w:t>Only share images you have permission to publish. Do not enter passwords in this worksheet.</w:t>
      </w:r>
    </w:p>
    <w:p>
      <w:pPr>
        <w:pStyle w:val="Heading2"/>
      </w:pPr>
      <w:r>
        <w:t>07  Design</w:t>
      </w:r>
    </w:p>
    <w:p>
      <w:pPr>
        <w:spacing w:after="160"/>
      </w:pPr>
      <w:r>
        <w:rPr>
          <w:b/>
        </w:rPr>
        <w:t xml:space="preserve">Preferred style / colours / mood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Websites you like and why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Things you definitely do not want  </w:t>
      </w:r>
      <w:r>
        <w:t>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08  Features</w:t>
      </w:r>
    </w:p>
    <w:p>
      <w:pPr>
        <w:spacing w:after="180"/>
      </w:pPr>
      <w:r>
        <w:t>☐ Contact form    ☐ Gallery    ☐ Pricing    ☐ FAQ</w:t>
      </w:r>
    </w:p>
    <w:p>
      <w:pPr>
        <w:spacing w:after="180"/>
      </w:pPr>
      <w:r>
        <w:t>☐ Map    ☐ Booking / registration    ☐ RSVP    ☐ Event countdown</w:t>
      </w:r>
    </w:p>
    <w:p>
      <w:pPr>
        <w:spacing w:after="180"/>
      </w:pPr>
      <w:r>
        <w:t>☐ Multiple languages    ☐ SEO / analytics</w:t>
      </w:r>
    </w:p>
    <w:p>
      <w:pPr>
        <w:spacing w:after="160"/>
      </w:pPr>
      <w:r>
        <w:rPr>
          <w:b/>
        </w:rPr>
        <w:t xml:space="preserve">Other ideas or languages  </w:t>
      </w:r>
      <w:r>
        <w:t>________________________________________________________________________</w:t>
      </w:r>
    </w:p>
    <w:p>
      <w:pPr>
        <w:pStyle w:val="Heading2"/>
      </w:pPr>
      <w:r>
        <w:t>09  Domain and launch</w:t>
      </w:r>
    </w:p>
    <w:p>
      <w:pPr>
        <w:spacing w:after="180"/>
      </w:pPr>
      <w:r>
        <w:t>☐ I already have a domain    ☐ I need a domain</w:t>
      </w:r>
    </w:p>
    <w:p>
      <w:pPr>
        <w:spacing w:after="180"/>
      </w:pPr>
      <w:r>
        <w:t>☐ I already have hosting    ☐ I would like advice</w:t>
      </w:r>
    </w:p>
    <w:p>
      <w:pPr>
        <w:spacing w:after="180"/>
      </w:pPr>
      <w:r>
        <w:t>☐ I will edit content myself    ☐ Updates will be occasional</w:t>
      </w:r>
    </w:p>
    <w:p>
      <w:pPr>
        <w:spacing w:after="160"/>
      </w:pPr>
      <w:r>
        <w:rPr>
          <w:b/>
        </w:rPr>
        <w:t xml:space="preserve">Current domain (if any)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Desired launch date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Planned budget (optional)  </w:t>
      </w:r>
      <w:r>
        <w:t>________________________________________________________________________</w:t>
      </w:r>
    </w:p>
    <w:p>
      <w:pPr>
        <w:pStyle w:val="Heading2"/>
      </w:pPr>
      <w:r>
        <w:t>10  Questions for the consultation</w:t>
      </w:r>
    </w:p>
    <w:p>
      <w:pPr>
        <w:spacing w:after="160"/>
      </w:pPr>
      <w:r>
        <w:rPr>
          <w:b/>
        </w:rPr>
        <w:t xml:space="preserve">What would you like to discuss?  </w:t>
      </w:r>
      <w:r>
        <w:t>________________________________________________________________________</w:t>
      </w:r>
    </w:p>
    <w:p>
      <w:pPr>
        <w:spacing w:after="160"/>
      </w:pPr>
      <w:r>
        <w:rPr>
          <w:b/>
        </w:rPr>
        <w:t xml:space="preserve">Other notes  </w:t>
      </w:r>
      <w:r>
        <w:t>________________________________________________________________________</w:t>
      </w:r>
    </w:p>
    <w:p>
      <w:pPr>
        <w:spacing w:after="100"/>
      </w:pPr>
      <w:r>
        <w:rPr>
          <w:b/>
        </w:rPr>
        <w:t>READY? SEND AN ENQUIRY  ·  skaitmenine-erdve.lt/en/quote</w:t>
      </w:r>
    </w:p>
    <w:p>
      <w:pPr>
        <w:spacing w:after="100"/>
      </w:pPr>
      <w:r>
        <w:rPr>
          <w:b w:val="0"/>
        </w:rPr>
        <w:t>This worksheet helps you prepare. It is not an order or a contract.</w:t>
      </w:r>
    </w:p>
    <w:sectPr w:rsidR="00FC693F" w:rsidRPr="0006063C" w:rsidSect="00034616">
      <w:footerReference w:type="default" r:id="rId9"/>
      <w:pgSz w:w="12240" w:h="15840"/>
      <w:pgMar w:top="965" w:right="1123" w:bottom="864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skaitmenine-erdve.lt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E34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403426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974F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